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🌍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מילון השבוע לעולים חדשים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ארבע מילים חשובות לכל ערך: עברית, אנגלית, רוסית, אמהרית, ערבית וצרפתית. התרגומים לוודא.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04"/>
        <w:gridCol w:w="2004"/>
        <w:gridCol w:w="2004"/>
        <w:gridCol w:w="2004"/>
        <w:gridCol w:w="2004"/>
        <w:gridCol w:w="2004"/>
        <w:gridCol w:w="2004"/>
      </w:tblGrid>
      <w:tr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ערך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עברית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Русский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አማርኛ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العربية</w:t>
            </w:r>
          </w:p>
        </w:tc>
        <w:tc>
          <w:tcPr>
            <w:tcW w:type="dxa" w:w="2004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Français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ושייכות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name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имя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اسم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nom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ושייכות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ጓደኛ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صديق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ami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ושייכות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כיתה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class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класс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ክፍል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classe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ושייכות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вместе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አብረን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معًا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ensemble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התחלות חדשות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new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новый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አዲስ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جديد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nouveau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התחלות חדשות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beginning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начало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መጀመሪያ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بداية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début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התחלות חדשות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пробовать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መሞከር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يحاول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essayer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התחלות חדשות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step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шаг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እርምጃ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خطوة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 ופיוס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извини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ይቅርታ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آسف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pardon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 ופיוס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לסלוח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forgive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прощать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ይቅር ማለት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يسامح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pardonner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 ופיוס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peace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мир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ሰላም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سلام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paix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 ופיוס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heart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сердце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ልብ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قلب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cœur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 והכרת הטוב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спасибо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አመሰግናለሁ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شكرًا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merci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 והכרת הטוב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помощь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እርዳታ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مساعدة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aide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 והכרת הטוב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хороший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ጥሩ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 והכרת הטוב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улыбка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ፈገግታ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ابتسامة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sourire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ጓደኛ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صديق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ami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לשחק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play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играть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መጫወት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يلعب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jouer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помогать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መርዳት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يساعد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aider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trust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доверие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እምነት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ثقة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confiance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wait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ждать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መጠበቅ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ينتظر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attendre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patience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терпение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ትዕግስት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صبر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patience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line, queue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очередь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ሰልፍ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طابور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file d'attente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סבלנות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לאט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slowly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медленно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ቀስ ብሎ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ببطء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lentement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responsibility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ответственность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ኃላፊነት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مسؤولية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responsabilité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תפקיד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job, role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роль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ሚና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دور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rôle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להבטיח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promise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обещать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ቃል መግባት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promettre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לתקן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fix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исправлять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ማስተካከል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يصلح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réparer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respect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уважение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አክብሮት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احترام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respect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בבקשה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please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пожалуйста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እባክህ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من فضلك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s'il te plaît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different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другой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የተለየ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مختلف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différent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человек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ሰው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إنسان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personne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להקשיב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listen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слушать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ማዳመጥ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يستمع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écouter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אוזן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ear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ухо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ጆሮ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أذن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oreille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quiet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тишина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ጸጥታ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هدوء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calme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вопрос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ጥያቄ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سؤال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courage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смелость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ድፍረት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شجاعة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courage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fear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страх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ፍርሃት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خوف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peur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strong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сильный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ጠንካራ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قوي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fort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אומץ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ask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просить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መጠየቅ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يطلب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demander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давать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መስጠት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يعطي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donner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gift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подарок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ስጦታ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هدية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cadeau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share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делиться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ማካፈል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يشارك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partager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נתינה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радость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ደስታ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فرح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надежда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ተስፋ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أمل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espoir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tomorrow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завтра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ነገ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غدًا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demain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свет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ብርሃን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نور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lumière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dream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мечта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ህልም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حلم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rêve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אמפתיה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feeling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чувство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ስሜት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شعور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sentiment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אמפתיה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грустный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ያዘነ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حزين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triste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אמפתיה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להבין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understand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понимать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መረዳት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يفهم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comprendre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אמפתיה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hug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объятие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እቅፍ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عناق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câlin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פעולה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вместе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አብረን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معًا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ensemble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פעולה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team, group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команда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ቡድን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فريق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équipe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פעולה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work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работа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ሥራ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عمل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travail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פעולה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часть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ክፍል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جزء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truth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правда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እውነት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الحقيقة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vérité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honesty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честность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ታማኝነት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الأمانة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honnêteté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извините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ይቅርታ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آسف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pardon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יושר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promise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обещание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ቃል ኪዳን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وعد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promesse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пытаться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መሞከር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يحاول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essayer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again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снова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እንደገና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مرة أخرى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encore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להתאמן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practice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тренироваться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መለማመድ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يتدرب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s'entraîner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התמדה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goal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цель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ግብ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هدف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but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вопрос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ጥያቄ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سؤال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question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לגלות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discover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открывать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ማግኘት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يكتشف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découvrir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חדש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new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новый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አዲስ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جديد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nouveau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סקרנות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why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почему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ለምን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لماذا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pourquoi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יצירתיות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idea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идея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ሐሳብ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فكرة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idée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יצירתיות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draw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рисовать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መሳል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يرسم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dessiner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יצירתיות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build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строить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መገንባት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يبني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construire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יצירתיות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דמיון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imagination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воображение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ምናብ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خيال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imagination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спасибо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አመሰግናለሁ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شكرا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merci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вместе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አብረን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معا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ensemble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succeed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добиваться успеха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መሳካት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ينجح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réussir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помогать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መርዳት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يساعد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aider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אופטימיות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надежда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ተስፋ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أمل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espoir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אופטימיות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хорошо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ጥሩ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אופטימיות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happy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радостный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ደስተኛ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سعيد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heureux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אופטימיות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tomorrow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завтра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ነገ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غدا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demain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הסביבה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טבע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nature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природа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ተፈጥሮ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طبيعة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nature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הסביבה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tree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дерево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ዛፍ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شجرة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arbre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הסביבה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water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ውሃ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ماء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שמירה על הסביבה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trash can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мусорное ведро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የቆሻሻ መጣያ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سلة المهملات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poubelle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ערבות הדדית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לדאוג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care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заботиться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መንከባከብ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يهتم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prendre soin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ערבות הדדית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ጓደኛ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صديق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ami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ערבות הדדית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share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делиться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ማካፈል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يشارك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partager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ערבות הדדית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כולנו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all of us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все мы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ሁላችንም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كلنا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nous tous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קבלת השונה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different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другой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የተለየ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مختلف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différent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קבלת השונה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לכבד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respect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уважать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ማክበር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يحترم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respecter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קבלת השונה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שפה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language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язык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ቋንቋ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لغة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langue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קבלת השונה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מיוחד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special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особенный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ልዩ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مميز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spécial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давать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መስጠት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يعطي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donner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gift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подарок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ስጦታ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هدية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cadeau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улыбка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ፈገግታ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ابتسامة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sourire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נדיבות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heart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сердце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ልብ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قلب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cœur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שליטה עצמית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stop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остановиться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ማቆም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يتوقف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s'arrêter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שליטה עצמית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breathe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дышать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መተንፈስ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يتنفس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respirer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שליטה עצמית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anger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гнев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ቁጣ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غضب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colère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שליטה עצמית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רגוע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calm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спокойный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የተረጋጋ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هادئ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calme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גמישות מחשבתית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דרך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путь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መንገድ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طريق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chemin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גמישות מחשבתית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change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менять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መቀየር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يغير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changer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גמישות מחשבתית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план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እቅድ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خطة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גמישות מחשבתית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решение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መፍትሄ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помощь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እርዳታ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مساعدة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aide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hand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рука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neighbor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сосед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ጎረቤት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جار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voisin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עזרה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ביחד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together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вместе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አብረን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معا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ensemble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trust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доверие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እምነት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ثقة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confiance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promise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обещание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ቃል ኪዳን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وعد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promesse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secret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секрет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ምስጢር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secret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לסמוך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rely 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полагаться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መተማመን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يعتمد على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compter sur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радость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ደስታ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فرح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joie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חיוך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smile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улыбка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ፈገግታ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ابتسامة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sourire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לצחוק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laugh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смеяться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መሳቅ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يضحك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כיף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fun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веселье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ደስ የሚል ጊዜ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متعة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plaisir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leader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лидер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قائد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chef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להוביל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lead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вести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መምራት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يقود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guider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group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группа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ቡድን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مجموعة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groupe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example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пример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ምሳሌ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مثال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exemple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volunteering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волонтёрство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በፈቃደኝነት ማገልገል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تطوع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bénévolat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help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помогать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መርዳት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يساعد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aider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give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давать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መስጠት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يعطي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donner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התנדבות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שכונה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neighborhood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район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ሰፈር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حي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quartier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family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семья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ቤተሰብ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عائلة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famille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home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дом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ቤት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بيت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maison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סבתא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grandmother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бабушка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አያት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جدة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grand-mère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brother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брат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ወንድም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أخ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 ופתרון מחלוקות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peace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мир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ሰላም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سلام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paix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 ופתרון מחלוקות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ויכוח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argument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спор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ክርክር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جدال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dispute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 ופתרון מחלוקות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решение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መፍትሄ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solution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שלום ופתרון מחלוקות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sorry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извини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ይቅርታ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آسف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pardon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טובות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слово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ቃል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كلمة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טובות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thank you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спасибо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አመሰግናለሁ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شكرا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merci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טובות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הכבוד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well done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молодец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ጎበዝ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أحسنت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bravo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טובות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מחמאה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compliment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комплимент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ሙገሳ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مجاملة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compliment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 ואיזון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health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здоровье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ጤና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صحة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santé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 ואיזון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sleep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сон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እንቅልፍ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نوم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sommeil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 ואיזון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water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ውሃ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ماء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eau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בריאות ואיזון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מנוחה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отдых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እረፍት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راحة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repos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הצבת מטרות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goal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цель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ግብ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هدف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but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הצבת מטרות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step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шаг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እርምጃ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خطوة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pas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הצבת מטרות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план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እቅድ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خطة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הצבת מטרות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succeed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добиться успеха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መሳካት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ينجح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réussir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טעויות כהזדמנות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mistake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ошибка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ስህተት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خطأ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erreur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טעויות כהזדמנות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try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пытаться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መሞከር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يحاول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essayer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טעויות כהזדמנות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ללמוד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learn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учиться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መማር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يتعلم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apprendre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טעויות כהזדמנות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again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снова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እንደገና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مرة أخرى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encore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רגישות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feeling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чувство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ስሜት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شعور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sentiment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רגישות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грустный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ያዘነ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حزين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triste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רגישות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notice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замечать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ልብ ማለት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يلاحظ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remarquer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רגישות לזולת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friend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друг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ጓደኛ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صديق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ami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מסורת ושורשים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tradition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традиция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ባህል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تقليد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tradition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מסורת ושורשים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roots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корни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ሥሮች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جذور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racines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מסורת ושורשים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מנהג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custom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обычай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ልማድ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عادة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coutume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מסורת ושורשים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история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ታሪክ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قصة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histoire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וסיכום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farewell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прощание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ስንብት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وداع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adieu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וסיכום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להתראות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goodbye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до свидания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ደህና ሁን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إلى اللقاء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au revoir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וסיכום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memory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воспоминание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ትዝታ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ذكرى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souvenir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פרידה וסיכום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year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год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ዓመት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سنة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année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סיגד וראש חודש כסליו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longing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тоска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ናፍቆት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حنين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nostalgie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סיגד וראש חודש כסליו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קהילה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community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община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ማህበረሰብ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مجتمع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communauté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סיגד וראש חודש כסליו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חודש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month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месяц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ወር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شهر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mois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סיגד וראש חודש כסליו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ירושלים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Jerusalem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Иерусалим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ኢየሩሳሌም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القدس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Jérusalem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אור – שבוע שלפני חנוכה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свет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ብርሃን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نور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lumière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אור – שבוע שלפני חנוכה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candle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свеча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ሻማ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شمعة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bougie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אור – שבוע שלפני חנוכה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תקווה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hope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надежда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ተስፋ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أمل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espoir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מדליקים אור – שבוע שלפני חנוכה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holiday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праздник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በዓል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fête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וחג הבנות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candle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свеча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ሻማ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شمعة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bougie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וחג הבנות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light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свет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ብርሃን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نور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lumière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וחג הבנות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holiday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праздник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በዓል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عيد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fête</w:t>
            </w:r>
          </w:p>
        </w:tc>
      </w:tr>
      <w:tr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 וחג הבנות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סביבון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spinning top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волчок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ፈረፍር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دوامة</w:t>
            </w:r>
          </w:p>
        </w:tc>
        <w:tc>
          <w:tcPr>
            <w:tcW w:type="dxa" w:w="2004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toupie</w:t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5840" w:h="12240" w:orient="landscape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מילון השבוע לעולים חדשים – עברית ושש שפות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