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📘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מדריך למורה ולוח שבועי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איך מנהלים את מעגל הפתיחה והסיכום, התאמות למסלולים, ולוח השבועות לשנה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איך מנהלים את המעגל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🌅 פתיחת שבוע – כ־10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ברכה: מקבלים את כולם בשמם.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מד מצב רוח אנונימי: לוחצים או מצביעים בעיניים עצומות. מי שנראה מתקשה – ניגשים אליו אחר כך בשקט.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מחכה לנו: כותבים יחד את אירועי השבוע.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ערך וסיפור: שאלה אחת או שתיים, והשיתוף תמיד בבחירה.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חידה ודקת נשימה ותנועה.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כרטיס מטרה: מטרה כיתתית ומטרה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🌇 סיכום שבוע וקבלת שבת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רגעים טובים ובדיקת המטרה, בלי ציונים ובלי השוואות.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סבב תודה ושרשרת מחמאות – שכל אחד ואחת יקבלו מחמאה.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ממלכתי־דתי: נרות שבת, קידוש וברכה לעיון, "כל משפחה ושבת שלה".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סיום ברגע שקט.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🫁 שלושת הכלים בדקת הנשימה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עש״ן ד״ק: עוצרים, שרירים, נשימה, דיבור עצמי מרגיע, קדימה.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גש״ר מאח״ד: גוף, שכל, רגש, ערכים ואמונה, חברה, דמיון.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מעש״ה: מחויבות, עידוד לפעולה, שאלות שעוזרות לחשוב, הבנת רצף האירועים.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🧩 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חינוך מיוחד: רעיון אחד בשקף, הקראה, בלי טיימרים.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עולים חדשים: עברית פשוטה ומילון בשש שפות (לוודא).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חט״ב ותיכון: דילמות ושיח בזוגות.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📅 לוח שבועי לשנה (לוודא)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ימים</w:t>
            </w:r>
          </w:p>
        </w:tc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תאריך עברי</w:t>
            </w:r>
          </w:p>
        </w:tc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פרשה</w:t>
            </w:r>
          </w:p>
        </w:tc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ערך השבוע</w:t>
            </w:r>
          </w:p>
        </w:tc>
        <w:tc>
          <w:tcPr>
            <w:tcW w:type="dxa" w:w="208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חגים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30.8 עד 4.9.2026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י״ז אלול תשפ״ו – כ״ב אלול תשפ״ו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נצבים, וילך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 היכרות ושייכות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6.9 עד 11.9.2026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כ״ד אלול תשפ״ו – כ״ט אלול תשפ״ו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התחלות חדשות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ראש השנה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13.9 עד 18.9.2026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ב׳ תשרי תשפ״ז – ז׳ תשרי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האזינו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🕊️ סליחה ופיוס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צום גדליה, ראש השנה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20.9 עד 25.9.2026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ט׳ תשרי תשפ״ז – י״ד תשרי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 תודה והכרת הטוב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כיפור, סוכות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27.9 עד 2.10.2026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ט״ז תשרי תשפ״ז – כ״א תשרי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חופשת סוכות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סוכות, שמיני עצרת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4.10 עד 9.10.2026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כ״ג תשרי תשפ״ז – כ״ח תשרי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בראשית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חברות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11.10 עד 16.10.2026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ל׳ תשרי תשפ״ז – ה׳ חשון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⏳ סבלנות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18.10 עד 23.10.2026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ז׳ חשון תשפ״ז – י״ב חשון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לך לך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🎒 אחריות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25.10 עד 30.10.2026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י״ד חשון תשפ״ז – י״ט חשון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וירא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👑 כבוד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1.11 עד 6.11.2026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כ״א חשון תשפ״ז – כ״ו חשון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חיי שרה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👂 הקשבה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8.11 עד 13.11.2026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כ״ח חשון תשפ״ז – ג׳ כסלו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תולדות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סיגד וראש חודש כסליו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15.11 עד 20.11.2026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ה׳ כסלו תשפ״ז – י׳ כסלו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ויצא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🦁 אומץ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22.11 עד 27.11.2026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י״ב כסלו תשפ״ז – י״ז כסלו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וישלח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נתינה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29.11 עד 4.12.2026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י״ט כסלו תשפ״ז – כ״ד כסלו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וישב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🕯️ מדליקים אור – שבוע שלפני חנוכה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6.12 עד 11.12.2026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כ״ו כסלו תשפ״ז – א׳ טבת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מקץ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🕎 חנוכה וחג הבנות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חנוכה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13.12 עד 18.12.2026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ג׳ טבת תשפ״ז – ח׳ טבת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ויגש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תקווה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20.12 עד 25.12.2026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י׳ טבת תשפ״ז – ט״ו טבת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ויחי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💞 אמפתיה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י׳ בטבת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27.12 עד 1.1.2027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י״ז טבת תשפ״ז – כ״ב טבת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🧱 שיתוף פעולה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3.1 עד 8.1.2027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כ״ד טבת תשפ״ז – כ״ט טבת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וארא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🪞 יושר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10.1 עד 15.1.2027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ב׳ שבט תשפ״ז – ז׳ שבט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🐢 התמדה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17.1 עד 22.1.2027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ט׳ שבט תשפ״ז – י״ד שבט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בשלח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 סקרנות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ט״ו בשבט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24.1 עד 29.1.2027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ט״ז שבט תשפ״ז – כ״א שבט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יתרו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 יצירתיות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31.1 עד 5.2.2027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כ״ג שבט תשפ״ז – כ״ח שבט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ענווה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7.2 עד 12.2.2027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ל׳ שבט תשפ״ז – ה׳ אדר א׳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תרומה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🌤️ אופטימיות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14.2 עד 19.2.2027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ז׳ אדר א׳ תשפ״ז – י״ב אדר א׳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תצוה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שמירה על הסביבה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21.2 עד 26.2.2027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י״ד אדר א׳ תשפ״ז – י״ט אדר א׳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 תשא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ערבות הדדית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פורים קטן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28.2 עד 5.3.2027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כ״א אדר א׳ תשפ״ז – כ״ו אדר א׳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ויקהל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קבלת השונה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7.3 עד 12.3.2027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כ״ח אדר א׳ תשפ״ז – ג׳ אדר ב׳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פקודי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נדיבות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14.3 עד 19.3.2027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ה׳ אדר ב׳ תשפ״ז – י׳ אדר ב׳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ויקרא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🧘 שליטה עצמית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21.3 עד 26.3.2027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י״ב אדר ב׳ תשפ״ז – י״ז אדר ב׳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🔄 גמישות מחשבתית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פורים, שושן פורים, תענית אסתר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28.3 עד 2.4.2027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י״ט אדר ב׳ תשפ״ז – כ״ד אדר ב׳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שמיני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🤲 עזרה לזולת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4.4 עד 9.4.2027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כ״ו אדר ב׳ תשפ״ז – ב׳ ניסן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תזריע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אמון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11.4 עד 16.4.2027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ד׳ ניסן תשפ״ז – ט׳ ניסן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מצורע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😄 שמחה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18.4 עד 23.4.2027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י״א ניסן תשפ״ז – ט״ז ניסן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חופשת פסח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פסח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25.4 עד 30.4.2027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י״ח ניסן תשפ״ז – כ״ג ניסן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מות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 מנהיגות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פסח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2.5 עד 7.5.2027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כ״ה ניסן תשפ״ז – ל׳ ניסן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קדושים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🙌 התנדבות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9.5 עד 14.5.2027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ב׳ אייר תשפ״ז – ז׳ אייר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🏡 משפחה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16.5 עד 21.5.2027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ט׳ אייר תשפ״ז – י״ד אייר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🕊️ שלום ופתרון מחלוקות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פסח שני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23.5 עד 28.5.2027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ט״ז אייר תשפ״ז – כ״א אייר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בחוקותי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 מילים טובות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ל״ג בעומר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30.5 עד 4.6.2027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כ״ג אייר תשפ״ז – כ״ח אייר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במדבר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🌿 בריאות ואיזון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6.6 עד 11.6.2027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א׳ סיון תשפ״ז – ו׳ סיון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 הצבת מטרות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שבועות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13.6 עד 18.6.2027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ח׳ סיון תשפ״ז – י״ג סיון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בהעלותך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טעויות כהזדמנות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20.6 עד 25.6.2027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ט״ו סיון תשפ״ז – כ׳ סיון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רגישות לזולת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27.6 עד 2.7.2027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כ״ב סיון תשפ״ז – כ״ז סיון תשפ״ז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קרח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🌅 פרידה וסיכום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מדריך למורה ולוח שבועי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