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🖨️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דפים להדפסה למעגל השבועי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מד מצב רוח, לוח שבוע, כרטיס מטרה, כרטיסי תודה ומחמאה, וכלי הנשימה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מד מצב רוח – איך אני מגיע/ה היום?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😄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מעולה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4D82D"/>
                <w:sz w:val="24"/>
                <w:rtl/>
                <w:szCs w:val="24"/>
                <w:bCs/>
              </w:rPr>
              <w:t>טוב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ED4DA"/>
                <w:sz w:val="24"/>
                <w:rtl/>
                <w:szCs w:val="24"/>
                <w:bCs/>
              </w:rPr>
              <w:t>ככה־ככה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48FFC"/>
                <w:sz w:val="24"/>
                <w:rtl/>
                <w:szCs w:val="24"/>
                <w:bCs/>
              </w:rPr>
              <w:t>עייפים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F922B"/>
                <w:sz w:val="24"/>
                <w:rtl/>
                <w:szCs w:val="24"/>
                <w:bCs/>
              </w:rPr>
              <w:t>דואגים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עצובים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📅 מה מחכה לנו השבוע?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יום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מתוכנן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חשוב לזכור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שלישי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רביעי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חמישי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שישי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🎯 כרטיס המטרה שלי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הערך של השבוע: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המטרה שלי השבוע: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ביום שישי – איך הלך? ⭐⭐⭐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🙏 כרטיסי תודה ומחמאה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83AC"/>
                <w:sz w:val="24"/>
                <w:rtl/>
                <w:szCs w:val="24"/>
                <w:bCs/>
              </w:rPr>
              <w:t>תודה!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רוצה להודות ל…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על…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83AC"/>
                <w:sz w:val="24"/>
                <w:rtl/>
                <w:szCs w:val="24"/>
                <w:bCs/>
              </w:rPr>
              <w:t>תודה!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רוצה להודות ל…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על…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783AC"/>
                <w:sz w:val="24"/>
                <w:rtl/>
                <w:szCs w:val="24"/>
                <w:bCs/>
              </w:rPr>
              <w:t>תודה!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רוצה להודות ל…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על…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מחמאה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מה שאני מעריך/ה בך: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…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מחמאה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מה שאני מעריך/ה בך: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…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מחמאה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מה שאני מעריך/ה בך: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…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🫁 עש״ן ד״ק – עוצרים · משחררים · נושמים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חמישה צעדים קטנים שעוזרים לגוף ולראש להירגע לפני שמתחילים.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 (צעירים)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 (בוגרים)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 · עוצרים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עומדים רגע במקום ומסתכלים סביב.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עוצרים את מה שעושים ושמים לב לרגע הזה.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 · שרירים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מכווצים ידיים חזק… ומשחררים!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מכווצים כתפיים ואגרופים לחמש שניות ומשחררים.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נשימה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שואפים באף לאט, נושפים בפה כמו לנשוף על נר.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 שניות שאיפה, ארבע שניות נשיפה, שלוש פעמים.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· דיבור עצמי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אומרים בלב: "אני יכול/ה, אני בסדר".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משפט מרגיע משלכם ואומרים אותו בלב.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 · קדימה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מחייכים ומתחילים את השבוע!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הצעד הקטן הראשון שלי השבוע?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🫁 גש״ר מאח״ד – שישה ערוצים של כוח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לכל אחד ואחת יש דרכים משלהם להתמלא בכוח. בחרו ערוץ אחד ונסו אותו עכשיו בדקה.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 (צעירים)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 (בוגרים)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🏃 גוף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קופצים, מתמתחים, מנערים ידיים ורגליים.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תנועה, ספורט, מתיחה, הליכה.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 שכל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חושבים על תוכנית קטנה ליום.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תכנון, סדר, רשימת משימות.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💗 רגש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מציירים בדמיון את הרגש שלי.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לשתף, לכתוב, לצייר, לשיר.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ערכים ואמונה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נזכרים במה שחשוב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נותן לי משמעות ותקווה.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חברה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מחייכים לחבר או חברה ליד.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חברים, משפחה, 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דמיון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עוצמים עיניים ומדמיינים מקום רגוע.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דמיון מודרך, הומור, יצירה.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🫁 מעש״ה – איך עוזרים לחבר שמתרגש?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תרגול בזוגות: אחד מספר על משהו קטן שמלחיץ, והשני מתרגל ארבע דרכים לעזור. אחר כך מתחלפים.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 (צעירים)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 (בוגרים)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 · מחויבות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"אני כאן איתך".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להראות נוכחות: אני איתך, את/ה לא לבד.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 · עידוד לפעולה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"בוא/י נעשה משהו קטן יחד".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להציע צעד קטן ומעשי, לא לחכות שזה יעבור לבד.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 · שאלות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"מה יכול לעזור לך עכשיו?"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שאלות שעוזרות לחשוב, במקום לתת עצות.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· הבנת הרצף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"מה קרה קודם, מה עכשיו, מה אחר כך?"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לסדר יחד את מה שקרה – זה מרגיע ומחזיר שליטה.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דפים להדפסה למעגל השבועי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