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🧩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כרטיסי תמונה – ערך לכל שבוע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לחינוך מיוחד: תמונה, מילה אחת ומשפט קצר עם ניקוד. גוזרים, מדביקים על הלוח ומצביעים יחד.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🧩 🤗 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היכרות ושייכות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כֻּלָּנוּ שַׁיָּכִים לַכִּתָּה שֶׁלָּנוּ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שלום! טוב שבאת · כולנו ביחד, להתראות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 🌅 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922B"/>
                <w:sz w:val="24"/>
                <w:rtl/>
                <w:szCs w:val="24"/>
                <w:bCs/>
              </w:rPr>
              <w:t>התחלות חדשות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כָּל יוֹם הוּא הַתְחָלָה חֲדָשָׁה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שבוע חדש, מתחילים! · כל הכבוד על השבוע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🕊️ 🤝 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סליחה ופיוס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טָעִיתִי? אוֹמְרִים סְלִיחָה וּמַשְׁלִימִים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סליחה זו מילה טובה · משלימים ונפרדים בשלום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 💐 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תודה והכרת הטוב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תּוֹדָה – מִלָּה קְטַנָּה, לֵב גָּדוֹל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בוקר טוב! תודה שבאת · תודה על שבוע טוב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 👫 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חברות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חֲבֵרִים שׁוֹמְרִים זֶה עַל זֶה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שלום חברים וחברות! · נתראה, חברים יקרים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⏳ 🐢 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D7E14"/>
                <w:sz w:val="24"/>
                <w:rtl/>
                <w:szCs w:val="24"/>
                <w:bCs/>
              </w:rPr>
              <w:t>סבלנות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מְחַכִּים בְּסַבְלָנוּת – וְזֶה מַגִּיעַ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מחכים בשקט ובסבלנות · היינו סבלניים, כל הכבוד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🎒 🧹 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אחריות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אַחְרָיוּת: עוֹשִׂים מָה שֶׁהִבְטַחְנוּ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אני עוזר ועוזרת · עשינו את התפקיד שלנו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👑 🗣️ 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67700"/>
                <w:sz w:val="24"/>
                <w:rtl/>
                <w:szCs w:val="24"/>
                <w:bCs/>
              </w:rPr>
              <w:t>כבוד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מְדַבְּרִים יָפֶה אֶל כֻּלָּם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מדברים יפה, מקשיבים יפה · כבדנו זה את זה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👂 👀 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A94D"/>
                <w:sz w:val="24"/>
                <w:rtl/>
                <w:szCs w:val="24"/>
                <w:bCs/>
              </w:rPr>
              <w:t>הקשבה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אָזְנַיִם פְּתוּחוֹת, לֵב פָּתוּחַ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אוזניים פתוחות, מקשיבים · הקשבנו יפה, תודה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🦁 💪 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אומץ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אֹמֶץ זֶה לְנַסּוֹת גַּם כְּשֶׁמַּפְחִיד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אני אמיץ ואמיצה · הייתי אמיץ, כל הכבוד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🎁 🤲 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8787"/>
                <w:sz w:val="24"/>
                <w:rtl/>
                <w:szCs w:val="24"/>
                <w:bCs/>
              </w:rPr>
              <w:t>נתינה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נָעִים לָתֵת וּלְשַׂמֵּחַ אֲחֵרִים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נותנים ומשמחים · נתנו ושמחנו, תודה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🌈 ☀️ 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CC419"/>
                <w:sz w:val="24"/>
                <w:rtl/>
                <w:szCs w:val="24"/>
                <w:bCs/>
              </w:rPr>
              <w:t>תקווה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מָחָר יָכוֹל לִהְיוֹת טוֹב יוֹתֵר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בוקר של תקווה · מחר יהיה טוב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💞 🫂 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6B6B"/>
                <w:sz w:val="24"/>
                <w:rtl/>
                <w:szCs w:val="24"/>
                <w:bCs/>
              </w:rPr>
              <w:t>אמפתיה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שָׂמִים לֵב אֵיךְ הָאַחֵר מַרְגִּישׁ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איך אתה ואת מרגישים? · שמנו לב זה לזה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🧱 🤝 🏆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שיתוף פעולה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בְּיַחַד מַצְלִיחִים יוֹתֵר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עובדים ביחד · ביחד הצלחנו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🪞 🗣️ 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יושר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אוֹמְרִים אֱמֶת, גַּם כְּשֶׁקָּשֶׁה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אומרים אמת · אמרתי אמת – כל הכבוד!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🐢 🔁 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התמדה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מְנַסִּים שׁוּב וְשׁוּב, וּמַצְלִיחִים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מנסים שוב · ניסיתי שוב – כל הכבוד!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🔍 ❓ 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סקרנות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שׁוֹאֲלִים, בּוֹדְקִים וּמְגַלִּים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שואלים שאלות · שאלתי וגיליתי!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 ✂️ 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יצירתיות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מַמְצִיאִים רַעְיוֹנוֹת חֲדָשִׁים וּמְיֻחָדִים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ממציאים ויוצרים · יצרתי משהו חדש!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 🤝 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ענווה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שְׂמֵחִים בְּהַצְלָחָה בְּלִי לְהִתְגָּאוֹת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עוזרים ומפרגנים · פרגנתי לחבר – כל הכבוד!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🌤️ 😊 🌈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CC419"/>
                <w:sz w:val="24"/>
                <w:rtl/>
                <w:szCs w:val="24"/>
                <w:bCs/>
              </w:rPr>
              <w:t>אופטימיות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מְחַפְּשִׂים אֶת הַטּוֹב בְּכָל יוֹם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מחפשים את הטוב · מצאתי משהו טוב!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 ♻️ 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67700"/>
                <w:sz w:val="24"/>
                <w:rtl/>
                <w:szCs w:val="24"/>
                <w:bCs/>
              </w:rPr>
              <w:t>שמירה על הסביבה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שׁוֹמְרִים עַל הָעוֹלָם הַיָּפֶה שֶׁלָּנוּ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שומרים על הטבע · שמרתי על הטבע!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🫶 🤝 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922B"/>
                <w:sz w:val="24"/>
                <w:rtl/>
                <w:szCs w:val="24"/>
                <w:bCs/>
              </w:rPr>
              <w:t>ערבות הדדית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כֻּלָּנוּ דּוֹאֲגִים זֶה לָזֶה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דואגים זה לזה · דאגתי לחבר – כל הכבוד!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🌈 🧩 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קבלת השונה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כֻּלָּנוּ שׁוֹנִים, וְכֻלָּנוּ חֲבֵרִים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מכבדים את כולם · כולנו שונים – וזה יפה!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🎁 💛 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נדיבות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נוֹתְנִים מִכָּל הַלֵּב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נותנים מהלב · נתתי מהלב – כל הכבוד!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🧘 🛑 🌬️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שליטה עצמית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עוֹצְרִים, נוֹשְׁמִים, וְרַק אָז פּוֹעֲלִים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עוצרים ונושמים · נשמתי ונרגעתי – כל הכבוד!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🔄 🛤️ 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גמישות מחשבתית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יֵשׁ יוֹתֵר מִדֶּרֶךְ אַחַת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מנסים דרך אחרת · מצאתי דרך חדשה!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🤲 🧒 ❤️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עזרה לזולת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עוֹזְרִים לְמִי שֶׁצָּרִיךְ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עוזרים לאחרים · עזרתי לחבר – כל הכבוד!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 🔑 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אמון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אֶפְשָׁר לִסְמוֹךְ עָלַי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אפשר לסמוך עליי · קיימתי הבטחה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😄 🎈 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שמחה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שִׂמְחָה קְטַנָּה בְּכָל יוֹם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טוב לי היום · היה לי כיף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 🚩 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מנהיגות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גַּם אֲנִי יְכוֹלָה, גַּם אֲנִי יָכוֹל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מובילים יחד · עזרתי לכולם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🙌 🧹 ❤️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67700"/>
                <w:sz w:val="24"/>
                <w:rtl/>
                <w:szCs w:val="24"/>
                <w:bCs/>
              </w:rPr>
              <w:t>התנדבות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עוֹזְרִים כִּי רוֹצִים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עוזרים לאחרים · עזרתי ושמחתי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🏡 🫂 ❤️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משפחה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כָּל מִשְׁפָּחָה הִיא בַּיִת חַם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המשפחה שלי · טוב לי בבית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🕊️ 🤝 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שלום ופתרון מחלוקות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מְדַבְּרִים, מַקְשִׁיבִים וּמַשְׁלִימִים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מדברים יפה · השלמנו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💬 🌷 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D7E14"/>
                <w:sz w:val="24"/>
                <w:rtl/>
                <w:szCs w:val="24"/>
                <w:bCs/>
              </w:rPr>
              <w:t>מילים טובות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מִלָּה טוֹבָה מְחַמֶּמֶת אֶת הַלֵּב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אומרים מילה טובה · אמרתי מילה טובה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🌿 💧 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בריאות ואיזון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גּוּף בָּרִיא, לֵב שָׂמֵחַ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שותים, זזים, נחים · נחתי וטוב לי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🎯 👣 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הצבת מטרות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צַעַד קָטָן וְעוֹד צַעַד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היום יש לי מטרה · התקדמתי צעד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 🔁 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6707"/>
                <w:sz w:val="24"/>
                <w:rtl/>
                <w:szCs w:val="24"/>
                <w:bCs/>
              </w:rPr>
              <w:t>טעויות כהזדמנות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טָעִיתִי? לוֹמְדִים וּמְנַסִּים שׁוּב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מותר לטעות · ניסיתי שוב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🫶 👀 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67700"/>
                <w:sz w:val="24"/>
                <w:rtl/>
                <w:szCs w:val="24"/>
                <w:bCs/>
              </w:rPr>
              <w:t>רגישות לזולת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שָׂמִים לֵב לְמִי שֶׁלְּיָדֵנוּ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שמים לב לחבר · עזרתי לחבר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🌳 🧓 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מסורת ושורשים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לְכָל אֶחָד יֵשׁ שׁוֹרָשִׁים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מאיפה המשפחה שלי? · סיפרתי על המשפחה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🌅 📸 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פרידה וסיכום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תּוֹדָה עַל הַדֶּרֶךְ שֶׁעָבַרְנוּ יַחַד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נזכרים בשנה · תודה ולהתראות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 🌙 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סיגד וראש חודש כסליו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מִתְגַּעְגְּעִים, מִתְחַבְּרִים וּמִתְחַדְּשִׁים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חג סיגד שמח וחודש טוב · חודש טוב לכולם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🕯️ ✨ 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מדליקים אור – שבוע שלפני חנוכה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מַדְלִיקִים אוֹר וּמְאִירִים לַאֲחֵרִים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השבוע מדליקים אור · חג אורים שמח!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🕎 🍩 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59F00"/>
                <w:sz w:val="24"/>
                <w:rtl/>
                <w:szCs w:val="24"/>
                <w:bCs/>
              </w:rPr>
              <w:t>חנוכה וחג הבנות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נֵר קָטָן מֵאִיר אֶת כָּל הַבַּיִת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חנוכה שמח · הדלקנו אור</w:t>
            </w:r>
          </w:p>
        </w:tc>
        <w:tc>
          <w:tcPr>
            <w:tcW w:type="dxa" w:w="3475"/>
          </w:tcPr>
          <w:p/>
        </w:tc>
        <w:tc>
          <w:tcPr>
            <w:tcW w:type="dxa" w:w="3475"/>
          </w:tcPr>
          <w:p/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תמונה לחינוך מיוחד – ערך לכל 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